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</w:rPr>
        <w:t>[Vorname und Name der versicherten Person]</w:t>
      </w:r>
    </w:p>
    <w:p>
      <w:pPr>
        <w:spacing w:after="0"/>
      </w:pPr>
      <w:r>
        <w:rPr>
          <w:b w:val="0"/>
        </w:rPr>
        <w:t>[Straße und Hausnummer]</w:t>
      </w:r>
    </w:p>
    <w:p>
      <w:pPr>
        <w:spacing w:after="0"/>
      </w:pPr>
      <w:r>
        <w:rPr>
          <w:b w:val="0"/>
        </w:rPr>
        <w:t>[Postleitzahl und Ort]</w:t>
      </w:r>
    </w:p>
    <w:p>
      <w:pPr>
        <w:spacing w:after="0"/>
      </w:pPr>
      <w:r>
        <w:rPr>
          <w:b w:val="0"/>
        </w:rPr>
      </w:r>
    </w:p>
    <w:p>
      <w:pPr>
        <w:spacing w:after="0"/>
      </w:pPr>
      <w:r>
        <w:rPr>
          <w:b w:val="0"/>
        </w:rPr>
        <w:t>[Name der Pflegekasse]</w:t>
      </w:r>
    </w:p>
    <w:p>
      <w:pPr>
        <w:spacing w:after="0"/>
      </w:pPr>
      <w:r>
        <w:rPr>
          <w:b w:val="0"/>
        </w:rPr>
        <w:t>[Straße und Hausnummer oder Postfach]</w:t>
      </w:r>
    </w:p>
    <w:p>
      <w:pPr>
        <w:spacing w:after="0"/>
      </w:pPr>
      <w:r>
        <w:rPr>
          <w:b w:val="0"/>
        </w:rPr>
        <w:t>[Postleitzahl und Ort]</w:t>
      </w:r>
    </w:p>
    <w:p>
      <w:pPr>
        <w:spacing w:after="0"/>
      </w:pPr>
      <w:r>
        <w:rPr>
          <w:b w:val="0"/>
        </w:rPr>
      </w:r>
    </w:p>
    <w:p>
      <w:pPr>
        <w:spacing w:after="0"/>
      </w:pPr>
      <w:r>
        <w:rPr>
          <w:b w:val="0"/>
        </w:rPr>
        <w:t>[Ort], [Datum]</w:t>
      </w:r>
    </w:p>
    <w:p>
      <w:pPr>
        <w:spacing w:after="0"/>
      </w:pPr>
      <w:r>
        <w:rPr>
          <w:b w:val="0"/>
        </w:rPr>
      </w:r>
    </w:p>
    <w:p>
      <w:pPr>
        <w:spacing w:after="0"/>
      </w:pPr>
      <w:r>
        <w:rPr>
          <w:b/>
        </w:rPr>
        <w:t>Antrag auf Überprüfung Ihres Bescheids vom [Datum des Bescheids] nach § 44 SGB X</w:t>
      </w:r>
    </w:p>
    <w:p>
      <w:pPr>
        <w:spacing w:after="0"/>
      </w:pPr>
      <w:r>
        <w:rPr>
          <w:b/>
        </w:rPr>
        <w:t>Versichertennummer: [Nummer]</w:t>
      </w:r>
    </w:p>
    <w:p>
      <w:pPr>
        <w:spacing w:after="0"/>
      </w:pPr>
      <w:r>
        <w:rPr>
          <w:b/>
        </w:rPr>
        <w:t>Aktenzeichen: [Aktenzeichen aus dem Bescheid]</w:t>
      </w:r>
    </w:p>
    <w:p>
      <w:pPr>
        <w:spacing w:after="0"/>
      </w:pPr>
      <w:r>
        <w:rPr>
          <w:b w:val="0"/>
        </w:rPr>
      </w:r>
    </w:p>
    <w:p>
      <w:pPr>
        <w:spacing w:after="160"/>
      </w:pPr>
      <w:r>
        <w:rPr>
          <w:b w:val="0"/>
        </w:rPr>
        <w:t>Sehr geehrte Damen und Herren,</w:t>
      </w:r>
    </w:p>
    <w:p>
      <w:pPr>
        <w:spacing w:after="160"/>
      </w:pPr>
      <w:r>
        <w:rPr>
          <w:b w:val="0"/>
        </w:rPr>
        <w:t>ich beantrage, Ihren Bescheid vom [Datum des Bescheids] nach § 44 SGB X zu überprüfen und zurückzunehmen, soweit mir darin ein zu niedriger Pflegegrad zuerkannt oder ein Pflegegrad abgelehnt wurde.</w:t>
      </w:r>
    </w:p>
    <w:p>
      <w:pPr>
        <w:spacing w:after="160"/>
      </w:pPr>
      <w:r>
        <w:rPr>
          <w:b w:val="0"/>
        </w:rPr>
        <w:t>Bei der Entscheidung wurde von einem Sachverhalt ausgegangen, der sich als unrichtig erweist: [konkrete Beschreibung, welche Beeinträchtigung zum Zeitpunkt der Begutachtung schon bestand und im Gutachten nicht oder zu niedrig bewertet wurde].</w:t>
      </w:r>
    </w:p>
    <w:p>
      <w:pPr>
        <w:spacing w:after="160"/>
      </w:pPr>
      <w:r>
        <w:rPr>
          <w:b w:val="0"/>
        </w:rPr>
        <w:t>Belege: [Arztberichte, Entlassbriefe und Pflegetagebuch aus der Zeit der damaligen Begutachtung]</w:t>
      </w:r>
    </w:p>
    <w:p>
      <w:pPr>
        <w:spacing w:after="160"/>
      </w:pPr>
      <w:r>
        <w:rPr>
          <w:b w:val="0"/>
        </w:rPr>
        <w:t>Ich beantrage, mir die zu wenig erbrachten Leistungen im gesetzlichen Umfang nachzuzahlen (§ 44 Absatz 4 SGB X).</w:t>
      </w:r>
    </w:p>
    <w:p>
      <w:pPr>
        <w:spacing w:after="160"/>
      </w:pPr>
      <w:r>
        <w:rPr>
          <w:b w:val="0"/>
        </w:rPr>
        <w:t>Bitte übersenden Sie mir das vollständige Gutachten, das dem Bescheid zugrunde lag, und bestätigen Sie mir den Eingang dieses Antrags schriftlich.</w:t>
      </w:r>
    </w:p>
    <w:p>
      <w:pPr>
        <w:spacing w:after="0"/>
      </w:pPr>
      <w:r>
        <w:rPr>
          <w:b w:val="0"/>
        </w:rPr>
      </w:r>
    </w:p>
    <w:p>
      <w:pPr>
        <w:spacing w:after="0"/>
      </w:pPr>
      <w:r>
        <w:rPr>
          <w:b w:val="0"/>
        </w:rPr>
        <w:t>Mit freundlichen Grüßen</w:t>
      </w:r>
    </w:p>
    <w:p>
      <w:pPr>
        <w:spacing w:after="0"/>
      </w:pPr>
      <w:r>
        <w:rPr>
          <w:b w:val="0"/>
        </w:rPr>
      </w:r>
    </w:p>
    <w:p>
      <w:pPr>
        <w:spacing w:after="0"/>
      </w:pPr>
      <w:r>
        <w:rPr>
          <w:b w:val="0"/>
        </w:rPr>
        <w:t>[Unterschrift der versicherten Person oder der bevollmächtigten Person]</w:t>
      </w:r>
    </w:p>
    <w:sectPr w:rsidR="00FC693F" w:rsidRPr="0006063C" w:rsidSect="00034616">
      <w:pgSz w:w="12240" w:h="15840"/>
      <w:pgMar w:top="124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Muster 3: Überprüfungsantrag, wenn die Frist abgelaufen ist</dc:title>
  <dc:subject/>
  <dc:creator>GfV Gesellschaft für Verbraucherschutz GmbH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