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</w:rPr>
        <w:t>[Vorname und Name der versicherten Person]</w:t>
      </w:r>
    </w:p>
    <w:p>
      <w:pPr>
        <w:spacing w:after="0"/>
      </w:pPr>
      <w:r>
        <w:rPr>
          <w:b w:val="0"/>
        </w:rPr>
        <w:t>[Straße und Hausnummer]</w:t>
      </w:r>
    </w:p>
    <w:p>
      <w:pPr>
        <w:spacing w:after="0"/>
      </w:pPr>
      <w:r>
        <w:rPr>
          <w:b w:val="0"/>
        </w:rPr>
        <w:t>[Postleitzahl und Ort]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[Name der Pflegekasse]</w:t>
      </w:r>
    </w:p>
    <w:p>
      <w:pPr>
        <w:spacing w:after="0"/>
      </w:pPr>
      <w:r>
        <w:rPr>
          <w:b w:val="0"/>
        </w:rPr>
        <w:t>[Straße und Hausnummer oder Postfach]</w:t>
      </w:r>
    </w:p>
    <w:p>
      <w:pPr>
        <w:spacing w:after="0"/>
      </w:pPr>
      <w:r>
        <w:rPr>
          <w:b w:val="0"/>
        </w:rPr>
        <w:t>[Postleitzahl und Ort]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[Ort], [Datum]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/>
        </w:rPr>
        <w:t>Widerspruch gegen Ihren Bescheid vom [Datum des Bescheids]</w:t>
      </w:r>
    </w:p>
    <w:p>
      <w:pPr>
        <w:spacing w:after="0"/>
      </w:pPr>
      <w:r>
        <w:rPr>
          <w:b/>
        </w:rPr>
        <w:t>Versichertennummer: [Nummer]</w:t>
      </w:r>
    </w:p>
    <w:p>
      <w:pPr>
        <w:spacing w:after="0"/>
      </w:pPr>
      <w:r>
        <w:rPr>
          <w:b/>
        </w:rPr>
        <w:t>Aktenzeichen: [Aktenzeichen aus dem Bescheid]</w:t>
      </w:r>
    </w:p>
    <w:p>
      <w:pPr>
        <w:spacing w:after="0"/>
      </w:pPr>
      <w:r>
        <w:rPr>
          <w:b w:val="0"/>
        </w:rPr>
      </w:r>
    </w:p>
    <w:p>
      <w:pPr>
        <w:spacing w:after="160"/>
      </w:pPr>
      <w:r>
        <w:rPr>
          <w:b w:val="0"/>
        </w:rPr>
        <w:t>Sehr geehrte Damen und Herren,</w:t>
      </w:r>
    </w:p>
    <w:p>
      <w:pPr>
        <w:spacing w:after="160"/>
      </w:pPr>
      <w:r>
        <w:rPr>
          <w:b w:val="0"/>
        </w:rPr>
        <w:t>gegen Ihren Bescheid vom [Datum des Bescheids], mir zugegangen am [Datum des Zugangs], lege ich Widerspruch ein.</w:t>
      </w:r>
    </w:p>
    <w:p>
      <w:pPr>
        <w:spacing w:after="160"/>
      </w:pPr>
      <w:r>
        <w:rPr>
          <w:b w:val="0"/>
        </w:rPr>
        <w:t>Die Einstufung gibt meinen tatsächlichen Hilfebedarf nicht zutreffend wieder. Die Begründung reiche ich nach, sobald mir das vollständige Gutachten vorliegt.</w:t>
      </w:r>
    </w:p>
    <w:p>
      <w:pPr>
        <w:spacing w:after="160"/>
      </w:pPr>
      <w:r>
        <w:rPr>
          <w:b w:val="0"/>
        </w:rPr>
        <w:t>Bitte übersenden Sie mir das vollständige Gutachten, das Ihrer Entscheidung zugrunde liegt, mit allen Einzelpunkten je Modul (§ 18c Absatz 2 Satz 5 SGB XI).</w:t>
      </w:r>
    </w:p>
    <w:p>
      <w:pPr>
        <w:spacing w:after="160"/>
      </w:pPr>
      <w:r>
        <w:rPr>
          <w:b w:val="0"/>
        </w:rPr>
        <w:t>Bitte bestätigen Sie mir den Eingang dieses Widerspruchs schriftlich.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Mit freundlichen Grüßen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[Unterschrift der versicherten Person oder der bevollmächtigten Person]</w:t>
      </w:r>
    </w:p>
    <w:sectPr w:rsidR="00FC693F" w:rsidRPr="0006063C" w:rsidSect="00034616">
      <w:pgSz w:w="12240" w:h="15840"/>
      <w:pgMar w:top="124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 1: Widerspruch, der die Frist wahrt</dc:title>
  <dc:subject/>
  <dc:creator>GfV Gesellschaft für Verbraucherschutz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