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/>
      </w:pPr>
      <w:r>
        <w:rPr>
          <w:b w:val="0"/>
        </w:rPr>
        <w:t>[Vorname und Name der versicherten Person]</w:t>
      </w:r>
    </w:p>
    <w:p>
      <w:pPr>
        <w:spacing w:after="0"/>
      </w:pPr>
      <w:r>
        <w:rPr>
          <w:b w:val="0"/>
        </w:rPr>
        <w:t>[Straße und Hausnummer]</w:t>
      </w:r>
    </w:p>
    <w:p>
      <w:pPr>
        <w:spacing w:after="0"/>
      </w:pPr>
      <w:r>
        <w:rPr>
          <w:b w:val="0"/>
        </w:rPr>
        <w:t>[Postleitzahl und Ort]</w:t>
      </w:r>
    </w:p>
    <w:p>
      <w:pPr>
        <w:spacing w:after="0"/>
      </w:pPr>
      <w:r>
        <w:rPr>
          <w:b w:val="0"/>
        </w:rPr>
      </w:r>
    </w:p>
    <w:p>
      <w:pPr>
        <w:spacing w:after="0"/>
      </w:pPr>
      <w:r>
        <w:rPr>
          <w:b w:val="0"/>
        </w:rPr>
        <w:t>[Name der Pflegekasse]</w:t>
      </w:r>
    </w:p>
    <w:p>
      <w:pPr>
        <w:spacing w:after="0"/>
      </w:pPr>
      <w:r>
        <w:rPr>
          <w:b w:val="0"/>
        </w:rPr>
        <w:t>[Straße und Hausnummer oder Postfach]</w:t>
      </w:r>
    </w:p>
    <w:p>
      <w:pPr>
        <w:spacing w:after="0"/>
      </w:pPr>
      <w:r>
        <w:rPr>
          <w:b w:val="0"/>
        </w:rPr>
        <w:t>[Postleitzahl und Ort]</w:t>
      </w:r>
    </w:p>
    <w:p>
      <w:pPr>
        <w:spacing w:after="0"/>
      </w:pPr>
      <w:r>
        <w:rPr>
          <w:b w:val="0"/>
        </w:rPr>
      </w:r>
    </w:p>
    <w:p>
      <w:pPr>
        <w:spacing w:after="0"/>
      </w:pPr>
      <w:r>
        <w:rPr>
          <w:b w:val="0"/>
        </w:rPr>
        <w:t>[Ort], [Datum]</w:t>
      </w:r>
    </w:p>
    <w:p>
      <w:pPr>
        <w:spacing w:after="0"/>
      </w:pPr>
      <w:r>
        <w:rPr>
          <w:b w:val="0"/>
        </w:rPr>
      </w:r>
    </w:p>
    <w:p>
      <w:pPr>
        <w:spacing w:after="0"/>
      </w:pPr>
      <w:r>
        <w:rPr>
          <w:b/>
        </w:rPr>
        <w:t>Begründung meines Widerspruchs vom [Datum des Widerspruchs]</w:t>
      </w:r>
    </w:p>
    <w:p>
      <w:pPr>
        <w:spacing w:after="0"/>
      </w:pPr>
      <w:r>
        <w:rPr>
          <w:b/>
        </w:rPr>
        <w:t>Bescheid vom [Datum des Bescheids], Gutachten vom [Datum der Begutachtung]</w:t>
      </w:r>
    </w:p>
    <w:p>
      <w:pPr>
        <w:spacing w:after="0"/>
      </w:pPr>
      <w:r>
        <w:rPr>
          <w:b/>
        </w:rPr>
        <w:t>Versichertennummer: [Nummer], Aktenzeichen: [Aktenzeichen]</w:t>
      </w:r>
    </w:p>
    <w:p>
      <w:pPr>
        <w:spacing w:after="0"/>
      </w:pPr>
      <w:r>
        <w:rPr>
          <w:b w:val="0"/>
        </w:rPr>
      </w:r>
    </w:p>
    <w:p>
      <w:pPr>
        <w:spacing w:after="160"/>
      </w:pPr>
      <w:r>
        <w:rPr>
          <w:b w:val="0"/>
        </w:rPr>
        <w:t>Sehr geehrte Damen und Herren,</w:t>
      </w:r>
    </w:p>
    <w:p>
      <w:pPr>
        <w:spacing w:after="160"/>
      </w:pPr>
      <w:r>
        <w:rPr>
          <w:b w:val="0"/>
        </w:rPr>
        <w:t>meinen Widerspruch vom [Datum des Widerspruchs] begründe ich wie folgt.</w:t>
      </w:r>
    </w:p>
    <w:p>
      <w:pPr>
        <w:spacing w:after="160"/>
      </w:pPr>
      <w:r>
        <w:rPr>
          <w:b w:val="0"/>
        </w:rPr>
        <w:t>Das Gutachten kommt auf [Zahl] Gesamtpunkte. Bis zur Grenze von Pflegegrad [Zahl] fehlen [Zahl] Punkte. In den folgenden Punkten weicht das Gutachten von meinem tatsächlichen Hilfebedarf ab:</w:t>
      </w:r>
    </w:p>
    <w:p>
      <w:pPr>
        <w:spacing w:after="160"/>
      </w:pPr>
      <w:r>
        <w:rPr>
          <w:b w:val="0"/>
        </w:rPr>
        <w:t>1. Modul [Nummer und Name], Kriterium [Bezeichnung aus dem Gutachten]: Im Gutachten bewertet als "[Bewertung]". Tatsächlich [konkrete Beschreibung: welche Hilfe, wie oft am Tag, durch wen]. Beleg: [Pflegetagebuch vom ... bis ..., Arztbericht vom ...].</w:t>
      </w:r>
    </w:p>
    <w:p>
      <w:pPr>
        <w:spacing w:after="160"/>
      </w:pPr>
      <w:r>
        <w:rPr>
          <w:b w:val="0"/>
        </w:rPr>
        <w:t>2. Modul [Nummer und Name], Kriterium [Bezeichnung aus dem Gutachten]: Im Gutachten bewertet als "[Bewertung]". Tatsächlich [konkrete Beschreibung]. Beleg: [Unterlage].</w:t>
      </w:r>
    </w:p>
    <w:p>
      <w:pPr>
        <w:spacing w:after="160"/>
      </w:pPr>
      <w:r>
        <w:rPr>
          <w:b w:val="0"/>
        </w:rPr>
        <w:t>3. [weitere Punkte nach demselben Aufbau, sonst streichen]</w:t>
      </w:r>
    </w:p>
    <w:p>
      <w:pPr>
        <w:spacing w:after="160"/>
      </w:pPr>
      <w:r>
        <w:rPr>
          <w:b w:val="0"/>
        </w:rPr>
        <w:t>Der Begutachtungstermin am [Datum] hat meinen Alltag nicht zutreffend abgebildet, weil [zum Beispiel: die Begutachtung nur ... Minuten dauerte, die Pflegeperson nicht befragt wurde, ich an diesem Tag ungewöhnlich gut zurechtkam].</w:t>
      </w:r>
    </w:p>
    <w:p>
      <w:pPr>
        <w:spacing w:after="160"/>
      </w:pPr>
      <w:r>
        <w:rPr>
          <w:b w:val="0"/>
        </w:rPr>
        <w:t>Ich beantrage, den Bescheid aufzuheben und mir ab dem [Datum des ursprünglichen Antrags] Pflegegrad [Zahl] zuzuerkennen. Ich beantrage außerdem eine erneute Begutachtung in meiner Wohnung in Anwesenheit meiner Pflegeperson.</w:t>
      </w:r>
    </w:p>
    <w:p>
      <w:pPr>
        <w:spacing w:after="160"/>
      </w:pPr>
      <w:r>
        <w:rPr>
          <w:b w:val="0"/>
        </w:rPr>
        <w:t>Anlagen: [Pflegetagebuch, Arztberichte, Entlassbriefe, Medikamentenplan]</w:t>
      </w:r>
    </w:p>
    <w:p>
      <w:pPr>
        <w:spacing w:after="0"/>
      </w:pPr>
      <w:r>
        <w:rPr>
          <w:b w:val="0"/>
        </w:rPr>
      </w:r>
    </w:p>
    <w:p>
      <w:pPr>
        <w:spacing w:after="0"/>
      </w:pPr>
      <w:r>
        <w:rPr>
          <w:b w:val="0"/>
        </w:rPr>
        <w:t>Mit freundlichen Grüßen</w:t>
      </w:r>
    </w:p>
    <w:p>
      <w:pPr>
        <w:spacing w:after="0"/>
      </w:pPr>
      <w:r>
        <w:rPr>
          <w:b w:val="0"/>
        </w:rPr>
      </w:r>
    </w:p>
    <w:p>
      <w:pPr>
        <w:spacing w:after="0"/>
      </w:pPr>
      <w:r>
        <w:rPr>
          <w:b w:val="0"/>
        </w:rPr>
        <w:t>[Unterschrift der versicherten Person oder der bevollmächtigten Person]</w:t>
      </w:r>
    </w:p>
    <w:sectPr w:rsidR="00FC693F" w:rsidRPr="0006063C" w:rsidSect="00034616">
      <w:pgSz w:w="12240" w:h="15840"/>
      <w:pgMar w:top="1247" w:right="1134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Muster 2: Begründung nachreichen</dc:title>
  <dc:subject/>
  <dc:creator>GfV Gesellschaft für Verbraucherschutz GmbH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